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0B1A30"/>
          <w:sz w:val="36"/>
        </w:rPr>
        <w:t>LETTER OF AUTHORITY</w:t>
      </w:r>
    </w:p>
    <w:p>
      <w:pPr>
        <w:jc w:val="center"/>
      </w:pPr>
      <w:r>
        <w:rPr>
          <w:i/>
          <w:color w:val="8A6D2E"/>
        </w:rPr>
        <w:t>Appointment of an independent inspector</w:t>
      </w:r>
    </w:p>
    <w:p>
      <w:r>
        <w:rPr>
          <w:b/>
        </w:rPr>
        <w:t>Date: ____________________</w:t>
      </w:r>
    </w:p>
    <w:p>
      <w:r>
        <w:rPr>
          <w:b w:val="0"/>
        </w:rPr>
        <w:t>To: [Seller company name]</w:t>
        <w:br/>
      </w:r>
      <w:r>
        <w:rPr>
          <w:b w:val="0"/>
        </w:rPr>
        <w:t>[Plant / warehouse address]</w:t>
      </w:r>
    </w:p>
    <w:p>
      <w:r>
        <w:rPr>
          <w:b w:val="0"/>
        </w:rPr>
        <w:t>We, [Buyer company name] (the "Buyer"), represented by [Signatory name], [Title], hereby appoint Vanguard Verify, a service of Vanguard Trade Capital Goods Wholesalers DWC-LLC (Dubai South Free Zone, UAE, Reg. No. 13236, Licence No. 14282), and its nominated field officer [Officer name], ID [Officer ID] (the "Inspector"), as our independent inspector for the following transaction:</w:t>
      </w:r>
    </w:p>
    <w:p>
      <w:r>
        <w:rPr>
          <w:b w:val="0"/>
        </w:rPr>
        <w:t>Seller: [Seller company name]</w:t>
        <w:br/>
      </w:r>
      <w:r>
        <w:rPr>
          <w:b w:val="0"/>
        </w:rPr>
        <w:t>Plant / warehouse address: [Address]</w:t>
        <w:br/>
      </w:r>
      <w:r>
        <w:rPr>
          <w:b w:val="0"/>
        </w:rPr>
        <w:t>Product: [Product and specification]</w:t>
        <w:br/>
      </w:r>
      <w:r>
        <w:rPr>
          <w:b w:val="0"/>
        </w:rPr>
        <w:t>Quantity: [Quantity]</w:t>
        <w:br/>
      </w:r>
      <w:r>
        <w:rPr>
          <w:b w:val="0"/>
        </w:rPr>
        <w:t>Contract / ICPO reference: [Reference]</w:t>
      </w:r>
    </w:p>
    <w:p>
      <w:r>
        <w:rPr>
          <w:b w:val="0"/>
        </w:rPr>
        <w:t>The Inspector is authorised, on our behalf, to:</w:t>
        <w:br/>
      </w:r>
      <w:r>
        <w:rPr>
          <w:b w:val="0"/>
        </w:rPr>
        <w:t>1. enter the Seller's plant, warehouse and storage areas at the address above during business hours;</w:t>
        <w:br/>
      </w:r>
      <w:r>
        <w:rPr>
          <w:b w:val="0"/>
        </w:rPr>
        <w:t>2. inspect and count the stock offered to us;</w:t>
        <w:br/>
      </w:r>
      <w:r>
        <w:rPr>
          <w:b w:val="0"/>
        </w:rPr>
        <w:t>3. take photographs, GPS time-stamped video and samples;</w:t>
        <w:br/>
      </w:r>
      <w:r>
        <w:rPr>
          <w:b w:val="0"/>
        </w:rPr>
        <w:t>4. review the stock, production and loading records relevant to this transaction; and</w:t>
        <w:br/>
      </w:r>
      <w:r>
        <w:rPr>
          <w:b w:val="0"/>
        </w:rPr>
        <w:t>5. report the findings directly and only to us.</w:t>
      </w:r>
    </w:p>
    <w:p>
      <w:r>
        <w:rPr>
          <w:b w:val="0"/>
        </w:rPr>
        <w:t>The Inspector acts only for the Buyer. Vanguard Verify is not a party to, broker of or guarantor of this transaction and takes no commission on it.</w:t>
      </w:r>
    </w:p>
    <w:p>
      <w:r>
        <w:rPr>
          <w:b w:val="0"/>
        </w:rPr>
        <w:t>A genuine seller grants access to the buyer's inspector. If access is refused, the Buyer will treat the transaction as high risk and may cancel without liability.</w:t>
      </w:r>
    </w:p>
    <w:p>
      <w:r>
        <w:rPr>
          <w:b w:val="0"/>
        </w:rPr>
        <w:t>This authority is valid from [start date] until [validity date] and may be withdrawn by the Buyer in writing at any time.</w:t>
      </w:r>
    </w:p>
    <w:p>
      <w:r>
        <w:rPr>
          <w:b w:val="0"/>
        </w:rPr>
        <w:t>For and on behalf of the Buyer</w:t>
        <w:br/>
      </w:r>
      <w:r>
        <w:rPr>
          <w:b w:val="0"/>
        </w:rPr>
        <w:br/>
      </w:r>
      <w:r>
        <w:rPr>
          <w:b w:val="0"/>
        </w:rPr>
        <w:t>Signature: ______________________________</w:t>
        <w:br/>
      </w:r>
      <w:r>
        <w:rPr>
          <w:b w:val="0"/>
        </w:rPr>
        <w:t>Name: [Signatory name]</w:t>
        <w:br/>
      </w:r>
      <w:r>
        <w:rPr>
          <w:b w:val="0"/>
        </w:rPr>
        <w:t>Title: [Title]</w:t>
        <w:br/>
      </w:r>
      <w:r>
        <w:rPr>
          <w:b w:val="0"/>
        </w:rPr>
        <w:t>Company: [Buyer company name]</w:t>
        <w:br/>
      </w:r>
      <w:r>
        <w:rPr>
          <w:b w:val="0"/>
        </w:rPr>
        <w:t>Company stamp:</w:t>
        <w:br/>
      </w:r>
      <w:r>
        <w:rPr>
          <w:b w:val="0"/>
        </w:rPr>
        <w:br/>
      </w:r>
      <w:r>
        <w:rPr>
          <w:b w:val="0"/>
        </w:rPr>
        <w:t>Date: ____________________</w:t>
      </w:r>
    </w:p>
    <w:p>
      <w:r>
        <w:rPr>
          <w:b w:val="0"/>
        </w:rPr>
        <w:t>Seller acknowledgement (optional)</w:t>
        <w:br/>
      </w:r>
      <w:r>
        <w:rPr>
          <w:b w:val="0"/>
        </w:rPr>
        <w:br/>
      </w:r>
      <w:r>
        <w:rPr>
          <w:b w:val="0"/>
        </w:rPr>
        <w:t>We acknowledge this Letter of Authority and will grant the Inspector access as described.</w:t>
        <w:br/>
      </w:r>
      <w:r>
        <w:rPr>
          <w:b w:val="0"/>
        </w:rPr>
        <w:br/>
      </w:r>
      <w:r>
        <w:rPr>
          <w:b w:val="0"/>
        </w:rPr>
        <w:t>Signature: ______________________________</w:t>
        <w:br/>
      </w:r>
      <w:r>
        <w:rPr>
          <w:b w:val="0"/>
        </w:rPr>
        <w:t>Name / title: ______________________________</w:t>
        <w:br/>
      </w:r>
      <w:r>
        <w:rPr>
          <w:b w:val="0"/>
        </w:rPr>
        <w:t>Date: ____________________</w:t>
      </w:r>
    </w:p>
    <w:p>
      <w:r>
        <w:rPr>
          <w:color w:val="666666"/>
          <w:sz w:val="17"/>
        </w:rPr>
        <w:t>Template provided free by Vanguard Verify · verify.vtcgw.com/tools · Not legal advice: adapt it to your contract and law.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